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D3F9A" w14:textId="77777777" w:rsidR="001E0882" w:rsidRDefault="001E0882" w:rsidP="00F07C02">
      <w:pPr>
        <w:autoSpaceDE w:val="0"/>
        <w:autoSpaceDN w:val="0"/>
        <w:spacing w:after="78" w:line="220" w:lineRule="exact"/>
        <w:jc w:val="center"/>
      </w:pPr>
    </w:p>
    <w:p w14:paraId="656DD56E" w14:textId="6BAC9694" w:rsidR="001E0882" w:rsidRPr="005C1AB5" w:rsidRDefault="00F07C02" w:rsidP="00F07C02">
      <w:pPr>
        <w:autoSpaceDE w:val="0"/>
        <w:autoSpaceDN w:val="0"/>
        <w:spacing w:after="0" w:line="230" w:lineRule="auto"/>
        <w:ind w:left="149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</w:t>
      </w:r>
      <w:r w:rsidR="005C1AB5"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41A1B8AC" w14:textId="24DA3B7F" w:rsidR="001E0882" w:rsidRPr="005C1AB5" w:rsidRDefault="00F07C02" w:rsidP="00F07C02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</w:t>
      </w:r>
      <w:r w:rsidR="005C1AB5" w:rsidRPr="005C1AB5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14:paraId="743684E9" w14:textId="1EEDDDD4" w:rsidR="001E0882" w:rsidRPr="005C1AB5" w:rsidRDefault="00F07C02" w:rsidP="00F07C02">
      <w:pPr>
        <w:autoSpaceDE w:val="0"/>
        <w:autoSpaceDN w:val="0"/>
        <w:spacing w:before="670" w:after="0" w:line="230" w:lineRule="auto"/>
        <w:ind w:right="211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И</w:t>
      </w:r>
      <w:r w:rsidR="005C1AB5" w:rsidRPr="005C1AB5">
        <w:rPr>
          <w:rFonts w:ascii="Times New Roman" w:eastAsia="Times New Roman" w:hAnsi="Times New Roman"/>
          <w:color w:val="000000"/>
          <w:sz w:val="24"/>
          <w:lang w:val="ru-RU"/>
        </w:rPr>
        <w:t>сполнительный комитет</w:t>
      </w:r>
      <w:r w:rsidRPr="00F07C0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Бавлинск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</w:t>
      </w:r>
    </w:p>
    <w:p w14:paraId="6A95C418" w14:textId="4491C0AA" w:rsidR="001E0882" w:rsidRPr="005C1AB5" w:rsidRDefault="00F07C02" w:rsidP="00F07C02">
      <w:pPr>
        <w:autoSpaceDE w:val="0"/>
        <w:autoSpaceDN w:val="0"/>
        <w:spacing w:before="670" w:after="1376" w:line="230" w:lineRule="auto"/>
        <w:ind w:right="2621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</w:t>
      </w:r>
      <w:r w:rsidR="005C1AB5" w:rsidRPr="005C1AB5">
        <w:rPr>
          <w:rFonts w:ascii="Times New Roman" w:eastAsia="Times New Roman" w:hAnsi="Times New Roman"/>
          <w:color w:val="000000"/>
          <w:sz w:val="24"/>
          <w:lang w:val="ru-RU"/>
        </w:rPr>
        <w:t>МБОУ «</w:t>
      </w:r>
      <w:proofErr w:type="spellStart"/>
      <w:r w:rsidR="005C1AB5" w:rsidRPr="005C1AB5">
        <w:rPr>
          <w:rFonts w:ascii="Times New Roman" w:eastAsia="Times New Roman" w:hAnsi="Times New Roman"/>
          <w:color w:val="000000"/>
          <w:sz w:val="24"/>
          <w:lang w:val="ru-RU"/>
        </w:rPr>
        <w:t>Тат.Кандызская</w:t>
      </w:r>
      <w:proofErr w:type="spellEnd"/>
      <w:r w:rsidR="005C1AB5"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ООШ»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02"/>
        <w:gridCol w:w="3320"/>
        <w:gridCol w:w="2760"/>
      </w:tblGrid>
      <w:tr w:rsidR="001E0882" w14:paraId="5944D688" w14:textId="77777777">
        <w:trPr>
          <w:trHeight w:hRule="exact" w:val="274"/>
        </w:trPr>
        <w:tc>
          <w:tcPr>
            <w:tcW w:w="3302" w:type="dxa"/>
            <w:tcMar>
              <w:left w:w="0" w:type="dxa"/>
              <w:right w:w="0" w:type="dxa"/>
            </w:tcMar>
          </w:tcPr>
          <w:p w14:paraId="0E90CAD4" w14:textId="77777777" w:rsidR="001E0882" w:rsidRDefault="005C1AB5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14:paraId="63C1CF07" w14:textId="77777777" w:rsidR="001E0882" w:rsidRDefault="005C1AB5">
            <w:pPr>
              <w:autoSpaceDE w:val="0"/>
              <w:autoSpaceDN w:val="0"/>
              <w:spacing w:before="48" w:after="0" w:line="230" w:lineRule="auto"/>
              <w:ind w:left="2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60" w:type="dxa"/>
            <w:tcMar>
              <w:left w:w="0" w:type="dxa"/>
              <w:right w:w="0" w:type="dxa"/>
            </w:tcMar>
          </w:tcPr>
          <w:p w14:paraId="1D30193C" w14:textId="77777777" w:rsidR="001E0882" w:rsidRDefault="005C1AB5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1E0882" w14:paraId="4756E6FE" w14:textId="77777777">
        <w:trPr>
          <w:trHeight w:hRule="exact" w:val="276"/>
        </w:trPr>
        <w:tc>
          <w:tcPr>
            <w:tcW w:w="3302" w:type="dxa"/>
            <w:tcMar>
              <w:left w:w="0" w:type="dxa"/>
              <w:right w:w="0" w:type="dxa"/>
            </w:tcMar>
          </w:tcPr>
          <w:p w14:paraId="40E7010A" w14:textId="77777777" w:rsidR="001E0882" w:rsidRDefault="005C1AB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ШМО учителей начальных классов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14:paraId="791FAA1B" w14:textId="27798CD7" w:rsidR="001E0882" w:rsidRDefault="005C1AB5">
            <w:pPr>
              <w:autoSpaceDE w:val="0"/>
              <w:autoSpaceDN w:val="0"/>
              <w:spacing w:after="0" w:line="230" w:lineRule="auto"/>
              <w:ind w:left="2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УР</w:t>
            </w:r>
          </w:p>
        </w:tc>
        <w:tc>
          <w:tcPr>
            <w:tcW w:w="2760" w:type="dxa"/>
            <w:tcMar>
              <w:left w:w="0" w:type="dxa"/>
              <w:right w:w="0" w:type="dxa"/>
            </w:tcMar>
          </w:tcPr>
          <w:p w14:paraId="4ECDC6F8" w14:textId="77777777" w:rsidR="001E0882" w:rsidRDefault="005C1AB5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</w:tbl>
    <w:p w14:paraId="6BE88260" w14:textId="77777777" w:rsidR="001E0882" w:rsidRDefault="001E0882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520"/>
        <w:gridCol w:w="3380"/>
      </w:tblGrid>
      <w:tr w:rsidR="001E0882" w14:paraId="05EBB4D2" w14:textId="77777777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14:paraId="51DE907D" w14:textId="1C5E0174" w:rsidR="001E0882" w:rsidRDefault="00F07C02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</w:t>
            </w:r>
            <w:r w:rsidR="005C1AB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</w:t>
            </w:r>
            <w:proofErr w:type="spellStart"/>
            <w:r w:rsidR="005C1AB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Нургалиева</w:t>
            </w:r>
            <w:proofErr w:type="spellEnd"/>
            <w:r w:rsidR="005C1AB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Р.М.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6259EFBD" w14:textId="77777777" w:rsidR="001E0882" w:rsidRDefault="005C1AB5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______________Халиуллина Р.Н.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14:paraId="2F4F07D1" w14:textId="77777777" w:rsidR="001E0882" w:rsidRDefault="005C1AB5">
            <w:pPr>
              <w:autoSpaceDE w:val="0"/>
              <w:autoSpaceDN w:val="0"/>
              <w:spacing w:before="60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______________Халиуллин И.Ш.</w:t>
            </w:r>
          </w:p>
        </w:tc>
      </w:tr>
      <w:tr w:rsidR="001E0882" w14:paraId="3A778145" w14:textId="77777777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14:paraId="3E84923D" w14:textId="77777777" w:rsidR="001E0882" w:rsidRDefault="005C1AB5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7EEAFF9B" w14:textId="5D6A881F" w:rsidR="001E0882" w:rsidRDefault="001E0882">
            <w:pPr>
              <w:autoSpaceDE w:val="0"/>
              <w:autoSpaceDN w:val="0"/>
              <w:spacing w:before="106" w:after="0" w:line="230" w:lineRule="auto"/>
              <w:ind w:left="316"/>
            </w:pP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14:paraId="185CC829" w14:textId="08841449" w:rsidR="001E0882" w:rsidRPr="005C1AB5" w:rsidRDefault="005C1AB5">
            <w:pPr>
              <w:autoSpaceDE w:val="0"/>
              <w:autoSpaceDN w:val="0"/>
              <w:spacing w:before="106" w:after="0" w:line="230" w:lineRule="auto"/>
              <w:ind w:left="31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___</w:t>
            </w:r>
          </w:p>
        </w:tc>
      </w:tr>
      <w:tr w:rsidR="001E0882" w14:paraId="63746DAF" w14:textId="77777777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14:paraId="15A70CA2" w14:textId="2E39EF11" w:rsidR="001E0882" w:rsidRDefault="005C1AB5">
            <w:pPr>
              <w:autoSpaceDE w:val="0"/>
              <w:autoSpaceDN w:val="0"/>
              <w:spacing w:before="94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"31"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</w:t>
            </w:r>
            <w:proofErr w:type="spellEnd"/>
            <w:r w:rsidR="00807E4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</w:t>
            </w:r>
            <w:r w:rsidR="00807E4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14:paraId="449C7127" w14:textId="7FD9E78C" w:rsidR="001E0882" w:rsidRDefault="005C1AB5">
            <w:pPr>
              <w:autoSpaceDE w:val="0"/>
              <w:autoSpaceDN w:val="0"/>
              <w:spacing w:before="94"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"31"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</w:t>
            </w:r>
            <w:r w:rsidR="00807E4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14:paraId="40ADB7E4" w14:textId="5066A123" w:rsidR="001E0882" w:rsidRDefault="005C1AB5">
            <w:pPr>
              <w:autoSpaceDE w:val="0"/>
              <w:autoSpaceDN w:val="0"/>
              <w:spacing w:before="94" w:after="0" w:line="230" w:lineRule="auto"/>
              <w:ind w:left="3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F07C0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</w:t>
            </w:r>
            <w:r w:rsidR="00807E4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</w:tr>
    </w:tbl>
    <w:p w14:paraId="04A0B3D6" w14:textId="77777777" w:rsidR="001E0882" w:rsidRDefault="005C1AB5">
      <w:pPr>
        <w:autoSpaceDE w:val="0"/>
        <w:autoSpaceDN w:val="0"/>
        <w:spacing w:before="978" w:after="0" w:line="230" w:lineRule="auto"/>
        <w:ind w:right="363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241FC361" w14:textId="77777777" w:rsidR="001E0882" w:rsidRDefault="005C1AB5">
      <w:pPr>
        <w:autoSpaceDE w:val="0"/>
        <w:autoSpaceDN w:val="0"/>
        <w:spacing w:before="70" w:after="0" w:line="230" w:lineRule="auto"/>
        <w:ind w:right="440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3396955)</w:t>
      </w:r>
    </w:p>
    <w:p w14:paraId="71972146" w14:textId="77777777" w:rsidR="001E0882" w:rsidRDefault="005C1AB5">
      <w:pPr>
        <w:autoSpaceDE w:val="0"/>
        <w:autoSpaceDN w:val="0"/>
        <w:spacing w:before="166" w:after="0" w:line="230" w:lineRule="auto"/>
        <w:ind w:right="4006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14:paraId="4DE46DBE" w14:textId="61A78DAD" w:rsidR="001E0882" w:rsidRPr="005C1AB5" w:rsidRDefault="005C1AB5" w:rsidP="005C1AB5">
      <w:pPr>
        <w:autoSpaceDE w:val="0"/>
        <w:autoSpaceDN w:val="0"/>
        <w:spacing w:before="70" w:after="0" w:line="230" w:lineRule="auto"/>
        <w:ind w:right="495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                    </w:t>
      </w:r>
      <w:r w:rsidRPr="005C1AB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«Основы религиозных культур и светской этики»</w:t>
      </w:r>
    </w:p>
    <w:p w14:paraId="4F5300D7" w14:textId="77777777" w:rsidR="001E0882" w:rsidRPr="005C1AB5" w:rsidRDefault="005C1AB5">
      <w:pPr>
        <w:autoSpaceDE w:val="0"/>
        <w:autoSpaceDN w:val="0"/>
        <w:spacing w:before="670" w:after="0" w:line="230" w:lineRule="auto"/>
        <w:ind w:right="2666"/>
        <w:jc w:val="right"/>
        <w:rPr>
          <w:b/>
          <w:bCs/>
          <w:lang w:val="ru-RU"/>
        </w:rPr>
      </w:pPr>
      <w:r w:rsidRPr="005C1AB5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для 4 класса начального общего образования</w:t>
      </w:r>
    </w:p>
    <w:p w14:paraId="3E542ABF" w14:textId="2269EF98" w:rsidR="001E0882" w:rsidRPr="005C1AB5" w:rsidRDefault="005C1AB5">
      <w:pPr>
        <w:autoSpaceDE w:val="0"/>
        <w:autoSpaceDN w:val="0"/>
        <w:spacing w:before="70" w:after="0" w:line="230" w:lineRule="auto"/>
        <w:ind w:right="3604"/>
        <w:jc w:val="right"/>
        <w:rPr>
          <w:b/>
          <w:bCs/>
          <w:lang w:val="ru-RU"/>
        </w:rPr>
      </w:pPr>
      <w:r w:rsidRPr="005C1AB5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на 202</w:t>
      </w:r>
      <w:r w:rsidR="00807E43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3</w:t>
      </w:r>
      <w:r w:rsidRPr="005C1AB5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-</w:t>
      </w:r>
      <w:proofErr w:type="gramStart"/>
      <w:r w:rsidRPr="005C1AB5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202</w:t>
      </w:r>
      <w:r w:rsidR="00807E43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4</w:t>
      </w:r>
      <w:r w:rsidRPr="005C1AB5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 xml:space="preserve">  учебный</w:t>
      </w:r>
      <w:proofErr w:type="gramEnd"/>
      <w:r w:rsidRPr="005C1AB5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 xml:space="preserve"> год</w:t>
      </w:r>
    </w:p>
    <w:p w14:paraId="3DF8B7C8" w14:textId="77777777" w:rsidR="001E0882" w:rsidRPr="005C1AB5" w:rsidRDefault="005C1AB5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Ахметзянова Роза 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Гамировна</w:t>
      </w:r>
      <w:proofErr w:type="spellEnd"/>
    </w:p>
    <w:p w14:paraId="09AF37B2" w14:textId="77777777" w:rsidR="001E0882" w:rsidRPr="005C1AB5" w:rsidRDefault="005C1AB5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учитель истории и обществознания</w:t>
      </w:r>
    </w:p>
    <w:p w14:paraId="21F85872" w14:textId="7239CB52" w:rsidR="001E0882" w:rsidRPr="005C1AB5" w:rsidRDefault="005C1AB5">
      <w:pPr>
        <w:autoSpaceDE w:val="0"/>
        <w:autoSpaceDN w:val="0"/>
        <w:spacing w:before="2830" w:after="0" w:line="230" w:lineRule="auto"/>
        <w:ind w:right="4028"/>
        <w:jc w:val="right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с. 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Тат.Кандыз</w:t>
      </w:r>
      <w:proofErr w:type="spellEnd"/>
      <w:proofErr w:type="gramStart"/>
      <w:r w:rsidR="00807E4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202</w:t>
      </w:r>
      <w:r w:rsidR="00807E43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proofErr w:type="gramEnd"/>
    </w:p>
    <w:p w14:paraId="4F65CA68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98" w:right="886" w:bottom="296" w:left="738" w:header="720" w:footer="720" w:gutter="0"/>
          <w:cols w:space="720" w:equalWidth="0">
            <w:col w:w="10276" w:space="0"/>
          </w:cols>
          <w:docGrid w:linePitch="360"/>
        </w:sectPr>
      </w:pPr>
    </w:p>
    <w:p w14:paraId="0F12CC14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1440" w:right="1440" w:bottom="1440" w:left="1440" w:header="720" w:footer="720" w:gutter="0"/>
          <w:cols w:space="720" w:equalWidth="0">
            <w:col w:w="10276" w:space="0"/>
          </w:cols>
          <w:docGrid w:linePitch="360"/>
        </w:sectPr>
      </w:pPr>
    </w:p>
    <w:p w14:paraId="5F2BDC01" w14:textId="77777777" w:rsidR="001E0882" w:rsidRPr="005C1AB5" w:rsidRDefault="001E0882">
      <w:pPr>
        <w:autoSpaceDE w:val="0"/>
        <w:autoSpaceDN w:val="0"/>
        <w:spacing w:after="78" w:line="220" w:lineRule="exact"/>
        <w:rPr>
          <w:lang w:val="ru-RU"/>
        </w:rPr>
      </w:pPr>
    </w:p>
    <w:p w14:paraId="30A3E9CE" w14:textId="77777777" w:rsidR="001E0882" w:rsidRPr="005C1AB5" w:rsidRDefault="005C1AB5">
      <w:pPr>
        <w:autoSpaceDE w:val="0"/>
        <w:autoSpaceDN w:val="0"/>
        <w:spacing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1B4D5CB4" w14:textId="77777777" w:rsidR="001E0882" w:rsidRPr="005C1AB5" w:rsidRDefault="005C1AB5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— ФГОС НОО) по ОРКСЭ и обеспечивает содержательную составляющую ФГОС НОО. </w:t>
      </w:r>
    </w:p>
    <w:p w14:paraId="01EA2934" w14:textId="77777777" w:rsidR="001E0882" w:rsidRPr="005C1AB5" w:rsidRDefault="005C1AB5">
      <w:pPr>
        <w:autoSpaceDE w:val="0"/>
        <w:autoSpaceDN w:val="0"/>
        <w:spacing w:before="262" w:after="0" w:line="262" w:lineRule="auto"/>
        <w:ind w:right="1008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«ОСНОВЫ РЕЛИГИОЗНЫХ КУЛЬТУР И СВЕТСКОЙ ЭТИКИ»</w:t>
      </w:r>
    </w:p>
    <w:p w14:paraId="0F3B7221" w14:textId="77777777" w:rsidR="001E0882" w:rsidRPr="005C1AB5" w:rsidRDefault="005C1AB5">
      <w:pPr>
        <w:autoSpaceDE w:val="0"/>
        <w:autoSpaceDN w:val="0"/>
        <w:spacing w:before="166" w:after="0" w:line="281" w:lineRule="auto"/>
        <w:ind w:right="288" w:firstLine="180"/>
        <w:rPr>
          <w:lang w:val="ru-RU"/>
        </w:rPr>
      </w:pPr>
      <w:r w:rsidRPr="005C1AB5">
        <w:rPr>
          <w:rFonts w:ascii="Times New Roman" w:eastAsia="Times New Roman" w:hAnsi="Times New Roman"/>
          <w:i/>
          <w:color w:val="000000"/>
          <w:sz w:val="24"/>
          <w:lang w:val="ru-RU"/>
        </w:rPr>
        <w:t>Планируемые результаты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обучающийся, независимо от изучаемого модуля. </w:t>
      </w:r>
    </w:p>
    <w:p w14:paraId="76962558" w14:textId="77777777" w:rsidR="001E0882" w:rsidRPr="005C1AB5" w:rsidRDefault="005C1AB5">
      <w:pPr>
        <w:autoSpaceDE w:val="0"/>
        <w:autoSpaceDN w:val="0"/>
        <w:spacing w:before="70" w:after="0"/>
        <w:ind w:firstLine="18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Культурологическая направленность предмета способствует развитию у обучающихся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</w:r>
    </w:p>
    <w:p w14:paraId="79238B24" w14:textId="77777777" w:rsidR="001E0882" w:rsidRPr="005C1AB5" w:rsidRDefault="005C1AB5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Коммуникативный подход к преподаванию предмета ОРКСЭ предполагает организацию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14:paraId="639DCCC0" w14:textId="77777777" w:rsidR="001E0882" w:rsidRPr="005C1AB5" w:rsidRDefault="005C1AB5">
      <w:pPr>
        <w:autoSpaceDE w:val="0"/>
        <w:autoSpaceDN w:val="0"/>
        <w:spacing w:before="70" w:after="0" w:line="288" w:lineRule="auto"/>
        <w:ind w:right="288" w:firstLine="18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 собственному поведению. Вместе с тем в процессе 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чения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14:paraId="37C4D883" w14:textId="77777777" w:rsidR="001E0882" w:rsidRPr="005C1AB5" w:rsidRDefault="005C1AB5">
      <w:pPr>
        <w:autoSpaceDE w:val="0"/>
        <w:autoSpaceDN w:val="0"/>
        <w:spacing w:before="262" w:after="0" w:line="262" w:lineRule="auto"/>
        <w:ind w:right="864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«ОСНОВЫ РЕЛИГИОЗНЫХ КУЛЬТУР И СВЕТСКОЙ ЭТИКИ»</w:t>
      </w:r>
    </w:p>
    <w:p w14:paraId="15B2EF9C" w14:textId="77777777" w:rsidR="001E0882" w:rsidRPr="005C1AB5" w:rsidRDefault="005C1AB5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многонационального народа России, а также к диалогу с представителями других культур и мировоззрений.</w:t>
      </w:r>
    </w:p>
    <w:p w14:paraId="0C9EFB3B" w14:textId="77777777" w:rsidR="001E0882" w:rsidRPr="005C1AB5" w:rsidRDefault="005C1A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Основными задачами ОРКСЭ являются:</w:t>
      </w:r>
    </w:p>
    <w:p w14:paraId="4A18CBD1" w14:textId="77777777" w:rsidR="001E0882" w:rsidRPr="005C1AB5" w:rsidRDefault="005C1AB5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</w:t>
      </w:r>
    </w:p>
    <w:p w14:paraId="344FF269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A1365AE" w14:textId="77777777" w:rsidR="001E0882" w:rsidRPr="005C1AB5" w:rsidRDefault="001E0882">
      <w:pPr>
        <w:autoSpaceDE w:val="0"/>
        <w:autoSpaceDN w:val="0"/>
        <w:spacing w:after="66" w:line="220" w:lineRule="exact"/>
        <w:rPr>
          <w:lang w:val="ru-RU"/>
        </w:rPr>
      </w:pPr>
    </w:p>
    <w:p w14:paraId="5530C59C" w14:textId="77777777" w:rsidR="001E0882" w:rsidRPr="005C1AB5" w:rsidRDefault="005C1AB5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(законных представителей);</w:t>
      </w:r>
    </w:p>
    <w:p w14:paraId="4B19E62F" w14:textId="77777777" w:rsidR="001E0882" w:rsidRPr="005C1AB5" w:rsidRDefault="005C1AB5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обучающихся о значении нравственных норм и ценностей в жизни личности, семьи, общества;</w:t>
      </w:r>
    </w:p>
    <w:p w14:paraId="3BA08439" w14:textId="77777777" w:rsidR="001E0882" w:rsidRPr="005C1AB5" w:rsidRDefault="005C1AB5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обобщение знаний, понятий и представлений о духовной культуре и морали, ранее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14:paraId="17FD4ECF" w14:textId="77777777" w:rsidR="001E0882" w:rsidRPr="005C1AB5" w:rsidRDefault="005C1AB5">
      <w:pPr>
        <w:autoSpaceDE w:val="0"/>
        <w:autoSpaceDN w:val="0"/>
        <w:spacing w:before="238" w:after="0" w:line="283" w:lineRule="auto"/>
        <w:ind w:left="4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обучающихся к общению в 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полиэтничной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разномировоззренческой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многоконфессиональной среде на основе взаимного уважения и диалога. Основной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14:paraId="6BC51557" w14:textId="77777777" w:rsidR="001E0882" w:rsidRPr="005C1AB5" w:rsidRDefault="005C1AB5">
      <w:pPr>
        <w:autoSpaceDE w:val="0"/>
        <w:autoSpaceDN w:val="0"/>
        <w:spacing w:before="322" w:after="0" w:line="262" w:lineRule="auto"/>
        <w:ind w:right="432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«ОСНОВЫ РЕЛИГИОЗНЫХ КУЛЬТУР И СВЕТСКОЙ ЭТИКИ» В УЧЕБНОМ ПЛАНЕ</w:t>
      </w:r>
    </w:p>
    <w:p w14:paraId="02D0A903" w14:textId="77777777" w:rsidR="001E0882" w:rsidRPr="005C1AB5" w:rsidRDefault="005C1AB5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5C1AB5">
        <w:rPr>
          <w:lang w:val="ru-RU"/>
        </w:rPr>
        <w:tab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34 часа.</w:t>
      </w:r>
    </w:p>
    <w:p w14:paraId="19F09C0D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86" w:right="724" w:bottom="1440" w:left="666" w:header="720" w:footer="720" w:gutter="0"/>
          <w:cols w:space="720" w:equalWidth="0">
            <w:col w:w="10510" w:space="0"/>
          </w:cols>
          <w:docGrid w:linePitch="360"/>
        </w:sectPr>
      </w:pPr>
    </w:p>
    <w:p w14:paraId="3E9F6EE6" w14:textId="77777777" w:rsidR="001E0882" w:rsidRPr="005C1AB5" w:rsidRDefault="001E0882">
      <w:pPr>
        <w:autoSpaceDE w:val="0"/>
        <w:autoSpaceDN w:val="0"/>
        <w:spacing w:after="78" w:line="220" w:lineRule="exact"/>
        <w:rPr>
          <w:lang w:val="ru-RU"/>
        </w:rPr>
      </w:pPr>
    </w:p>
    <w:p w14:paraId="056E45AD" w14:textId="77777777" w:rsidR="001E0882" w:rsidRPr="005C1AB5" w:rsidRDefault="005C1AB5">
      <w:pPr>
        <w:autoSpaceDE w:val="0"/>
        <w:autoSpaceDN w:val="0"/>
        <w:spacing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7273A256" w14:textId="77777777" w:rsidR="001E0882" w:rsidRPr="005C1AB5" w:rsidRDefault="005C1AB5">
      <w:pPr>
        <w:tabs>
          <w:tab w:val="left" w:pos="180"/>
        </w:tabs>
        <w:autoSpaceDE w:val="0"/>
        <w:autoSpaceDN w:val="0"/>
        <w:spacing w:before="346" w:after="0" w:line="271" w:lineRule="auto"/>
        <w:ind w:right="144"/>
        <w:rPr>
          <w:lang w:val="ru-RU"/>
        </w:rPr>
      </w:pPr>
      <w:r w:rsidRPr="005C1AB5">
        <w:rPr>
          <w:lang w:val="ru-RU"/>
        </w:rPr>
        <w:tab/>
      </w: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«ОСНОВЫ СВЕТСКОЙ ЭТИКИ»</w:t>
      </w:r>
      <w:r w:rsidRPr="005C1AB5">
        <w:rPr>
          <w:lang w:val="ru-RU"/>
        </w:rPr>
        <w:br/>
      </w:r>
      <w:r w:rsidRPr="005C1AB5">
        <w:rPr>
          <w:lang w:val="ru-RU"/>
        </w:rPr>
        <w:tab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</w:t>
      </w:r>
    </w:p>
    <w:p w14:paraId="5927A8B0" w14:textId="77777777" w:rsidR="001E0882" w:rsidRPr="005C1AB5" w:rsidRDefault="005C1AB5">
      <w:pPr>
        <w:autoSpaceDE w:val="0"/>
        <w:autoSpaceDN w:val="0"/>
        <w:spacing w:before="70" w:after="0" w:line="271" w:lineRule="auto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</w:t>
      </w:r>
    </w:p>
    <w:p w14:paraId="617F540F" w14:textId="77777777" w:rsidR="001E0882" w:rsidRPr="005C1AB5" w:rsidRDefault="005C1AB5">
      <w:pPr>
        <w:autoSpaceDE w:val="0"/>
        <w:autoSpaceDN w:val="0"/>
        <w:spacing w:before="70" w:after="0" w:line="262" w:lineRule="auto"/>
        <w:ind w:right="172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Нормы морали. Этикет. Образование как нравственная норма. Методы нравственного самосовершенствования.</w:t>
      </w:r>
    </w:p>
    <w:p w14:paraId="6CC8A168" w14:textId="77777777" w:rsidR="001E0882" w:rsidRPr="005C1AB5" w:rsidRDefault="005C1AB5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5C1AB5">
        <w:rPr>
          <w:lang w:val="ru-RU"/>
        </w:rPr>
        <w:tab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67E50A71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8CE6E09" w14:textId="77777777" w:rsidR="001E0882" w:rsidRPr="005C1AB5" w:rsidRDefault="001E0882">
      <w:pPr>
        <w:autoSpaceDE w:val="0"/>
        <w:autoSpaceDN w:val="0"/>
        <w:spacing w:after="78" w:line="220" w:lineRule="exact"/>
        <w:rPr>
          <w:lang w:val="ru-RU"/>
        </w:rPr>
      </w:pPr>
    </w:p>
    <w:p w14:paraId="02603913" w14:textId="77777777" w:rsidR="001E0882" w:rsidRPr="005C1AB5" w:rsidRDefault="005C1AB5">
      <w:pPr>
        <w:autoSpaceDE w:val="0"/>
        <w:autoSpaceDN w:val="0"/>
        <w:spacing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407A2D4C" w14:textId="77777777" w:rsidR="001E0882" w:rsidRPr="005C1AB5" w:rsidRDefault="005C1AB5">
      <w:pPr>
        <w:autoSpaceDE w:val="0"/>
        <w:autoSpaceDN w:val="0"/>
        <w:spacing w:before="346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2A289A93" w14:textId="77777777" w:rsidR="001E0882" w:rsidRPr="005C1AB5" w:rsidRDefault="005C1AB5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5C1AB5">
        <w:rPr>
          <w:lang w:val="ru-RU"/>
        </w:rPr>
        <w:tab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14:paraId="72BEBB56" w14:textId="77777777" w:rsidR="001E0882" w:rsidRPr="005C1AB5" w:rsidRDefault="005C1AB5">
      <w:pPr>
        <w:autoSpaceDE w:val="0"/>
        <w:autoSpaceDN w:val="0"/>
        <w:spacing w:before="370" w:after="0" w:line="262" w:lineRule="auto"/>
        <w:ind w:left="420"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понимать основы российской гражданской идентичности, испытывать чувство гордости за свою Родину;</w:t>
      </w:r>
    </w:p>
    <w:p w14:paraId="1A25CC74" w14:textId="77777777" w:rsidR="001E0882" w:rsidRPr="005C1AB5" w:rsidRDefault="005C1AB5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национальную и гражданскую самоидентичность, осознавать свою этническую и национальную принадлежность;</w:t>
      </w:r>
    </w:p>
    <w:p w14:paraId="37213B82" w14:textId="77777777" w:rsidR="001E0882" w:rsidRPr="005C1AB5" w:rsidRDefault="005C1AB5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гуманистических и демократических ценностных ориентаций; осознавать ценность человеческой жизни;</w:t>
      </w:r>
    </w:p>
    <w:p w14:paraId="10F4BB01" w14:textId="77777777" w:rsidR="001E0882" w:rsidRPr="005C1AB5" w:rsidRDefault="005C1AB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нравственных норм и ценностей как условия жизни личности, семьи, общества;</w:t>
      </w:r>
    </w:p>
    <w:p w14:paraId="17B6C180" w14:textId="77777777" w:rsidR="001E0882" w:rsidRPr="005C1AB5" w:rsidRDefault="005C1AB5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осознавать право гражданина РФ исповедовать любую традиционную религию или не исповедовать никакой ре​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лигии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14:paraId="5929FE73" w14:textId="77777777" w:rsidR="001E0882" w:rsidRPr="005C1AB5" w:rsidRDefault="005C1AB5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14:paraId="3B136F66" w14:textId="77777777" w:rsidR="001E0882" w:rsidRPr="005C1AB5" w:rsidRDefault="005C1AB5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73A56BED" w14:textId="77777777" w:rsidR="001E0882" w:rsidRPr="005C1AB5" w:rsidRDefault="005C1AB5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2C2A5511" w14:textId="77777777" w:rsidR="001E0882" w:rsidRPr="005C1AB5" w:rsidRDefault="005C1AB5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оскорб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r w:rsidRPr="005C1AB5"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ляющих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других людей;</w:t>
      </w:r>
    </w:p>
    <w:p w14:paraId="6F0E2B4A" w14:textId="77777777" w:rsidR="001E0882" w:rsidRPr="005C1AB5" w:rsidRDefault="005C1AB5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понимать необходимость бережного отношения к материальным и духовным ценностям.</w:t>
      </w:r>
    </w:p>
    <w:p w14:paraId="0D9FA5FB" w14:textId="77777777" w:rsidR="001E0882" w:rsidRPr="005C1AB5" w:rsidRDefault="005C1AB5">
      <w:pPr>
        <w:autoSpaceDE w:val="0"/>
        <w:autoSpaceDN w:val="0"/>
        <w:spacing w:before="322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40AF3778" w14:textId="77777777" w:rsidR="001E0882" w:rsidRPr="005C1AB5" w:rsidRDefault="005C1AB5">
      <w:pPr>
        <w:autoSpaceDE w:val="0"/>
        <w:autoSpaceDN w:val="0"/>
        <w:spacing w:before="226" w:after="0" w:line="262" w:lineRule="auto"/>
        <w:ind w:left="420" w:right="576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1CEFD3A8" w14:textId="77777777" w:rsidR="001E0882" w:rsidRPr="005C1AB5" w:rsidRDefault="005C1AB5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умения планировать, контролировать и оценивать учебные действия в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14:paraId="37979E70" w14:textId="77777777" w:rsidR="001E0882" w:rsidRPr="005C1AB5" w:rsidRDefault="005C1AB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</w:t>
      </w:r>
    </w:p>
    <w:p w14:paraId="4EA5F053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98" w:right="650" w:bottom="40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F017E7D" w14:textId="77777777" w:rsidR="001E0882" w:rsidRPr="005C1AB5" w:rsidRDefault="001E0882">
      <w:pPr>
        <w:autoSpaceDE w:val="0"/>
        <w:autoSpaceDN w:val="0"/>
        <w:spacing w:after="66" w:line="220" w:lineRule="exact"/>
        <w:rPr>
          <w:lang w:val="ru-RU"/>
        </w:rPr>
      </w:pPr>
    </w:p>
    <w:p w14:paraId="075E4F31" w14:textId="77777777" w:rsidR="001E0882" w:rsidRPr="005C1AB5" w:rsidRDefault="005C1AB5">
      <w:pPr>
        <w:autoSpaceDE w:val="0"/>
        <w:autoSpaceDN w:val="0"/>
        <w:spacing w:after="0" w:line="262" w:lineRule="auto"/>
        <w:ind w:left="240"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коммуникационных технологий для решения различных коммуникативных и познавательных задач;</w:t>
      </w:r>
    </w:p>
    <w:p w14:paraId="4810ACBE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 w:right="187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42BFD9BA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55109334" w14:textId="77777777" w:rsidR="001E0882" w:rsidRPr="005C1AB5" w:rsidRDefault="005C1AB5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77EC1B89" w14:textId="77777777" w:rsidR="001E0882" w:rsidRPr="005C1AB5" w:rsidRDefault="005C1AB5">
      <w:pPr>
        <w:autoSpaceDE w:val="0"/>
        <w:autoSpaceDN w:val="0"/>
        <w:spacing w:before="240" w:after="0" w:line="271" w:lineRule="auto"/>
        <w:ind w:left="240" w:right="762"/>
        <w:jc w:val="both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14:paraId="37E95B52" w14:textId="77777777" w:rsidR="001E0882" w:rsidRPr="005C1AB5" w:rsidRDefault="005C1AB5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0E6118B5" w14:textId="77777777" w:rsidR="001E0882" w:rsidRPr="005C1AB5" w:rsidRDefault="005C1AB5">
      <w:pPr>
        <w:autoSpaceDE w:val="0"/>
        <w:autoSpaceDN w:val="0"/>
        <w:spacing w:before="730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</w:t>
      </w:r>
    </w:p>
    <w:p w14:paraId="3DFD88E8" w14:textId="77777777" w:rsidR="001E0882" w:rsidRPr="005C1AB5" w:rsidRDefault="005C1AB5">
      <w:pPr>
        <w:autoSpaceDE w:val="0"/>
        <w:autoSpaceDN w:val="0"/>
        <w:spacing w:before="670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Познавательные УУД:</w:t>
      </w:r>
    </w:p>
    <w:p w14:paraId="427A0C1D" w14:textId="77777777" w:rsidR="001E0882" w:rsidRPr="005C1AB5" w:rsidRDefault="005C1AB5">
      <w:pPr>
        <w:autoSpaceDE w:val="0"/>
        <w:autoSpaceDN w:val="0"/>
        <w:spacing w:before="370" w:after="0" w:line="271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понятиях, отражающих нравственные ценности общества 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14:paraId="5F2F9A96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разные методы получения знаний о традиционных религиях и светской этике (наблюдение, чтение, сравнение, вычисление);</w:t>
      </w:r>
    </w:p>
    <w:p w14:paraId="404A5578" w14:textId="77777777" w:rsidR="001E0882" w:rsidRPr="005C1AB5" w:rsidRDefault="005C1AB5">
      <w:pPr>
        <w:autoSpaceDE w:val="0"/>
        <w:autoSpaceDN w:val="0"/>
        <w:spacing w:before="238" w:after="0" w:line="262" w:lineRule="auto"/>
        <w:ind w:left="144" w:right="864"/>
        <w:jc w:val="center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14:paraId="7EBDA26C" w14:textId="77777777" w:rsidR="001E0882" w:rsidRPr="005C1AB5" w:rsidRDefault="005C1AB5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 обосновывать свои суждения, приводить убедительные доказательства;</w:t>
      </w:r>
    </w:p>
    <w:p w14:paraId="4C0D1487" w14:textId="77777777" w:rsidR="001E0882" w:rsidRPr="005C1AB5" w:rsidRDefault="005C1AB5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14:paraId="2CD94C4C" w14:textId="77777777" w:rsidR="001E0882" w:rsidRPr="005C1AB5" w:rsidRDefault="005C1AB5">
      <w:pPr>
        <w:autoSpaceDE w:val="0"/>
        <w:autoSpaceDN w:val="0"/>
        <w:spacing w:before="730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14:paraId="2750BD81" w14:textId="77777777" w:rsidR="001E0882" w:rsidRPr="005C1AB5" w:rsidRDefault="005C1AB5">
      <w:pPr>
        <w:autoSpaceDE w:val="0"/>
        <w:autoSpaceDN w:val="0"/>
        <w:spacing w:before="370" w:after="0" w:line="262" w:lineRule="auto"/>
        <w:ind w:left="240" w:right="158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14:paraId="5F82B2B0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14:paraId="340DE5F3" w14:textId="77777777" w:rsidR="001E0882" w:rsidRPr="005C1AB5" w:rsidRDefault="005C1AB5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находить дополнительную информацию к основному учебному материалу в разных</w:t>
      </w:r>
    </w:p>
    <w:p w14:paraId="143B7738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86" w:right="694" w:bottom="438" w:left="846" w:header="720" w:footer="720" w:gutter="0"/>
          <w:cols w:space="720" w:equalWidth="0">
            <w:col w:w="10360" w:space="0"/>
          </w:cols>
          <w:docGrid w:linePitch="360"/>
        </w:sectPr>
      </w:pPr>
    </w:p>
    <w:p w14:paraId="48594DF3" w14:textId="77777777" w:rsidR="001E0882" w:rsidRPr="005C1AB5" w:rsidRDefault="001E0882">
      <w:pPr>
        <w:autoSpaceDE w:val="0"/>
        <w:autoSpaceDN w:val="0"/>
        <w:spacing w:after="66" w:line="220" w:lineRule="exact"/>
        <w:rPr>
          <w:lang w:val="ru-RU"/>
        </w:rPr>
      </w:pPr>
    </w:p>
    <w:p w14:paraId="25103C5E" w14:textId="77777777" w:rsidR="001E0882" w:rsidRPr="005C1AB5" w:rsidRDefault="005C1AB5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источниках, в том числе в Интернете (в условиях контролируемого входа);</w:t>
      </w:r>
    </w:p>
    <w:p w14:paraId="7AE8BADC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14:paraId="4D558C85" w14:textId="77777777" w:rsidR="001E0882" w:rsidRPr="005C1AB5" w:rsidRDefault="005C1AB5">
      <w:pPr>
        <w:autoSpaceDE w:val="0"/>
        <w:autoSpaceDN w:val="0"/>
        <w:spacing w:before="730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Коммуникативные УУД:</w:t>
      </w:r>
    </w:p>
    <w:p w14:paraId="65FCBB3B" w14:textId="77777777" w:rsidR="001E0882" w:rsidRPr="005C1AB5" w:rsidRDefault="005C1AB5">
      <w:pPr>
        <w:autoSpaceDE w:val="0"/>
        <w:autoSpaceDN w:val="0"/>
        <w:spacing w:before="370" w:after="0" w:line="271" w:lineRule="auto"/>
        <w:ind w:left="240" w:right="142"/>
        <w:jc w:val="both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14:paraId="2BA7BC5F" w14:textId="77777777" w:rsidR="001E0882" w:rsidRPr="005C1AB5" w:rsidRDefault="005C1AB5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14:paraId="5CF25E9A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14:paraId="59242ED5" w14:textId="77777777" w:rsidR="001E0882" w:rsidRPr="005C1AB5" w:rsidRDefault="005C1AB5">
      <w:pPr>
        <w:autoSpaceDE w:val="0"/>
        <w:autoSpaceDN w:val="0"/>
        <w:spacing w:before="730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Регулятивные УУД:</w:t>
      </w:r>
    </w:p>
    <w:p w14:paraId="5C258901" w14:textId="77777777" w:rsidR="001E0882" w:rsidRPr="005C1AB5" w:rsidRDefault="005C1AB5">
      <w:pPr>
        <w:autoSpaceDE w:val="0"/>
        <w:autoSpaceDN w:val="0"/>
        <w:spacing w:before="370" w:after="0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14:paraId="2705CD39" w14:textId="77777777" w:rsidR="001E0882" w:rsidRPr="005C1AB5" w:rsidRDefault="005C1AB5">
      <w:pPr>
        <w:autoSpaceDE w:val="0"/>
        <w:autoSpaceDN w:val="0"/>
        <w:spacing w:before="238" w:after="0" w:line="271" w:lineRule="auto"/>
        <w:ind w:left="24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изменять себя, оценивать свои поступки, ориентируясь на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14:paraId="249EBFBA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14:paraId="792E0900" w14:textId="77777777" w:rsidR="001E0882" w:rsidRPr="005C1AB5" w:rsidRDefault="005C1AB5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14:paraId="761C3B4F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14:paraId="341C3EB6" w14:textId="77777777" w:rsidR="001E0882" w:rsidRPr="005C1AB5" w:rsidRDefault="005C1AB5">
      <w:pPr>
        <w:autoSpaceDE w:val="0"/>
        <w:autoSpaceDN w:val="0"/>
        <w:spacing w:before="730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14:paraId="3A9E8D15" w14:textId="77777777" w:rsidR="001E0882" w:rsidRPr="005C1AB5" w:rsidRDefault="005C1AB5">
      <w:pPr>
        <w:autoSpaceDE w:val="0"/>
        <w:autoSpaceDN w:val="0"/>
        <w:spacing w:before="370" w:after="0" w:line="271" w:lineRule="auto"/>
        <w:ind w:left="24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14:paraId="6F97249C" w14:textId="77777777" w:rsidR="001E0882" w:rsidRPr="005C1AB5" w:rsidRDefault="005C1AB5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14:paraId="1464678A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86" w:right="712" w:bottom="512" w:left="846" w:header="720" w:footer="720" w:gutter="0"/>
          <w:cols w:space="720" w:equalWidth="0">
            <w:col w:w="10342" w:space="0"/>
          </w:cols>
          <w:docGrid w:linePitch="360"/>
        </w:sectPr>
      </w:pPr>
    </w:p>
    <w:p w14:paraId="6AE4DE24" w14:textId="77777777" w:rsidR="001E0882" w:rsidRPr="005C1AB5" w:rsidRDefault="001E0882">
      <w:pPr>
        <w:autoSpaceDE w:val="0"/>
        <w:autoSpaceDN w:val="0"/>
        <w:spacing w:after="108" w:line="220" w:lineRule="exact"/>
        <w:rPr>
          <w:lang w:val="ru-RU"/>
        </w:rPr>
      </w:pPr>
    </w:p>
    <w:p w14:paraId="692AF014" w14:textId="77777777" w:rsidR="001E0882" w:rsidRPr="005C1AB5" w:rsidRDefault="005C1AB5">
      <w:pPr>
        <w:autoSpaceDE w:val="0"/>
        <w:autoSpaceDN w:val="0"/>
        <w:spacing w:after="0" w:line="262" w:lineRule="auto"/>
        <w:ind w:left="42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14:paraId="2F4929C6" w14:textId="77777777" w:rsidR="001E0882" w:rsidRPr="005C1AB5" w:rsidRDefault="005C1AB5">
      <w:pPr>
        <w:autoSpaceDE w:val="0"/>
        <w:autoSpaceDN w:val="0"/>
        <w:spacing w:before="322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24D46A19" w14:textId="77777777" w:rsidR="001E0882" w:rsidRPr="005C1AB5" w:rsidRDefault="005C1AB5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5C1AB5">
        <w:rPr>
          <w:lang w:val="ru-RU"/>
        </w:rPr>
        <w:tab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образовательной программы модуля «Основы светской </w:t>
      </w:r>
      <w:proofErr w:type="spellStart"/>
      <w:proofErr w:type="gram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этики»должны</w:t>
      </w:r>
      <w:proofErr w:type="spellEnd"/>
      <w:proofErr w:type="gram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отражать сформированность умений:</w:t>
      </w:r>
    </w:p>
    <w:p w14:paraId="03F6FA68" w14:textId="77777777" w:rsidR="001E0882" w:rsidRPr="005C1AB5" w:rsidRDefault="005C1AB5">
      <w:pPr>
        <w:autoSpaceDE w:val="0"/>
        <w:autoSpaceDN w:val="0"/>
        <w:spacing w:before="370" w:after="0" w:line="271" w:lineRule="auto"/>
        <w:ind w:left="4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14:paraId="34F11989" w14:textId="77777777" w:rsidR="001E0882" w:rsidRPr="005C1AB5" w:rsidRDefault="005C1AB5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14:paraId="206D67A0" w14:textId="77777777" w:rsidR="001E0882" w:rsidRPr="005C1AB5" w:rsidRDefault="005C1AB5">
      <w:pPr>
        <w:autoSpaceDE w:val="0"/>
        <w:autoSpaceDN w:val="0"/>
        <w:spacing w:before="238" w:after="0" w:line="271" w:lineRule="auto"/>
        <w:ind w:left="420" w:right="7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202D2A36" w14:textId="77777777" w:rsidR="001E0882" w:rsidRPr="005C1AB5" w:rsidRDefault="005C1AB5">
      <w:pPr>
        <w:autoSpaceDE w:val="0"/>
        <w:autoSpaceDN w:val="0"/>
        <w:spacing w:before="238" w:after="0"/>
        <w:ind w:left="4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традиционных духовных ценностях, конституционных правах, свободах и обязанностях человека и гражданина в России;</w:t>
      </w:r>
    </w:p>
    <w:p w14:paraId="7FB91F39" w14:textId="77777777" w:rsidR="001E0882" w:rsidRPr="005C1AB5" w:rsidRDefault="005C1AB5">
      <w:pPr>
        <w:autoSpaceDE w:val="0"/>
        <w:autoSpaceDN w:val="0"/>
        <w:spacing w:before="238" w:after="0" w:line="281" w:lineRule="auto"/>
        <w:ind w:left="420"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14:paraId="7BEFC417" w14:textId="77777777" w:rsidR="001E0882" w:rsidRPr="005C1AB5" w:rsidRDefault="005C1AB5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14:paraId="3842A642" w14:textId="77777777" w:rsidR="001E0882" w:rsidRPr="005C1AB5" w:rsidRDefault="005C1AB5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14:paraId="6FF10E36" w14:textId="77777777" w:rsidR="001E0882" w:rsidRPr="005C1AB5" w:rsidRDefault="005C1AB5">
      <w:pPr>
        <w:autoSpaceDE w:val="0"/>
        <w:autoSpaceDN w:val="0"/>
        <w:spacing w:before="240" w:after="0" w:line="281" w:lineRule="auto"/>
        <w:ind w:left="4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14:paraId="0DBB1E76" w14:textId="77777777" w:rsidR="001E0882" w:rsidRPr="005C1AB5" w:rsidRDefault="005C1AB5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14:paraId="5E8C5D9F" w14:textId="77777777" w:rsidR="001E0882" w:rsidRPr="005C1AB5" w:rsidRDefault="005C1AB5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</w:t>
      </w:r>
    </w:p>
    <w:p w14:paraId="49F084E9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328" w:right="740" w:bottom="422" w:left="666" w:header="720" w:footer="720" w:gutter="0"/>
          <w:cols w:space="720" w:equalWidth="0">
            <w:col w:w="10494" w:space="0"/>
          </w:cols>
          <w:docGrid w:linePitch="360"/>
        </w:sectPr>
      </w:pPr>
    </w:p>
    <w:p w14:paraId="2B27CAEB" w14:textId="77777777" w:rsidR="001E0882" w:rsidRPr="005C1AB5" w:rsidRDefault="001E0882">
      <w:pPr>
        <w:autoSpaceDE w:val="0"/>
        <w:autoSpaceDN w:val="0"/>
        <w:spacing w:after="66" w:line="220" w:lineRule="exact"/>
        <w:rPr>
          <w:lang w:val="ru-RU"/>
        </w:rPr>
      </w:pPr>
    </w:p>
    <w:p w14:paraId="30A05EE8" w14:textId="77777777" w:rsidR="001E0882" w:rsidRPr="005C1AB5" w:rsidRDefault="005C1AB5">
      <w:pPr>
        <w:autoSpaceDE w:val="0"/>
        <w:autoSpaceDN w:val="0"/>
        <w:spacing w:after="0" w:line="271" w:lineRule="auto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14:paraId="1365B357" w14:textId="77777777" w:rsidR="001E0882" w:rsidRPr="005C1AB5" w:rsidRDefault="005C1AB5">
      <w:pPr>
        <w:autoSpaceDE w:val="0"/>
        <w:autoSpaceDN w:val="0"/>
        <w:spacing w:before="238" w:after="0" w:line="271" w:lineRule="auto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рос​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сийском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обществе, законных интересов и прав людей, сограждан;</w:t>
      </w:r>
    </w:p>
    <w:p w14:paraId="3F9DC7E7" w14:textId="77777777" w:rsidR="001E0882" w:rsidRPr="005C1AB5" w:rsidRDefault="005C1AB5">
      <w:pPr>
        <w:autoSpaceDE w:val="0"/>
        <w:autoSpaceDN w:val="0"/>
        <w:spacing w:before="238" w:after="0" w:line="271" w:lineRule="auto"/>
        <w:ind w:right="288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14:paraId="230AC4B5" w14:textId="77777777" w:rsidR="001E0882" w:rsidRPr="005C1AB5" w:rsidRDefault="005C1AB5">
      <w:pPr>
        <w:autoSpaceDE w:val="0"/>
        <w:autoSpaceDN w:val="0"/>
        <w:spacing w:before="240" w:after="0" w:line="262" w:lineRule="auto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российских культурных и природных памятниках, о культурных и природных достопримечательностях своего региона;</w:t>
      </w:r>
    </w:p>
    <w:p w14:paraId="6F291AC9" w14:textId="77777777" w:rsidR="001E0882" w:rsidRPr="005C1AB5" w:rsidRDefault="005C1AB5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14:paraId="16F5725B" w14:textId="77777777" w:rsidR="001E0882" w:rsidRPr="005C1AB5" w:rsidRDefault="005C1AB5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объяснять своими словами роль светской (гражданской) этики в становлении российской государственности;</w:t>
      </w:r>
    </w:p>
    <w:p w14:paraId="6130BEBC" w14:textId="77777777" w:rsidR="001E0882" w:rsidRPr="005C1AB5" w:rsidRDefault="005C1AB5">
      <w:pPr>
        <w:autoSpaceDE w:val="0"/>
        <w:autoSpaceDN w:val="0"/>
        <w:spacing w:before="238" w:after="0" w:line="271" w:lineRule="auto"/>
        <w:ind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14:paraId="26121C8C" w14:textId="77777777" w:rsidR="001E0882" w:rsidRPr="005C1AB5" w:rsidRDefault="005C1AB5">
      <w:pPr>
        <w:autoSpaceDE w:val="0"/>
        <w:autoSpaceDN w:val="0"/>
        <w:spacing w:before="238" w:after="0" w:line="271" w:lineRule="auto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14:paraId="1FDDF011" w14:textId="77777777" w:rsidR="001E0882" w:rsidRPr="005C1AB5" w:rsidRDefault="005C1AB5">
      <w:pPr>
        <w:autoSpaceDE w:val="0"/>
        <w:autoSpaceDN w:val="0"/>
        <w:spacing w:before="238" w:after="0" w:line="281" w:lineRule="auto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многорелигиозного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(приводить примеры), понимание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</w:r>
    </w:p>
    <w:p w14:paraId="204F8169" w14:textId="77777777" w:rsidR="001E0882" w:rsidRPr="005C1AB5" w:rsidRDefault="005C1AB5">
      <w:pPr>
        <w:autoSpaceDE w:val="0"/>
        <w:autoSpaceDN w:val="0"/>
        <w:spacing w:before="240" w:after="0" w:line="262" w:lineRule="auto"/>
        <w:ind w:right="576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25246CB1" w14:textId="77777777" w:rsidR="001E0882" w:rsidRPr="005C1AB5" w:rsidRDefault="005C1AB5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14:paraId="016A8A16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86" w:right="744" w:bottom="1440" w:left="1086" w:header="720" w:footer="720" w:gutter="0"/>
          <w:cols w:space="720" w:equalWidth="0">
            <w:col w:w="10069" w:space="0"/>
          </w:cols>
          <w:docGrid w:linePitch="360"/>
        </w:sectPr>
      </w:pPr>
    </w:p>
    <w:p w14:paraId="6F4021EA" w14:textId="77777777" w:rsidR="001E0882" w:rsidRPr="005C1AB5" w:rsidRDefault="001E0882">
      <w:pPr>
        <w:autoSpaceDE w:val="0"/>
        <w:autoSpaceDN w:val="0"/>
        <w:spacing w:after="64" w:line="220" w:lineRule="exact"/>
        <w:rPr>
          <w:lang w:val="ru-RU"/>
        </w:rPr>
      </w:pPr>
    </w:p>
    <w:p w14:paraId="0A62097F" w14:textId="77777777" w:rsidR="001E0882" w:rsidRDefault="005C1AB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94"/>
        <w:gridCol w:w="528"/>
        <w:gridCol w:w="1104"/>
        <w:gridCol w:w="1142"/>
        <w:gridCol w:w="4262"/>
        <w:gridCol w:w="1022"/>
        <w:gridCol w:w="3518"/>
      </w:tblGrid>
      <w:tr w:rsidR="00BF591C" w14:paraId="550ABD47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2F2F9" w14:textId="77777777" w:rsidR="00BF591C" w:rsidRDefault="00BF591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0303E" w14:textId="77777777" w:rsidR="00BF591C" w:rsidRPr="005C1AB5" w:rsidRDefault="00BF591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7A90A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DDCB8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94162" w14:textId="77777777" w:rsidR="00BF591C" w:rsidRDefault="00BF591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E0B77" w14:textId="77777777" w:rsidR="00BF591C" w:rsidRDefault="00BF591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BF591C" w14:paraId="2FA75A8B" w14:textId="77777777" w:rsidTr="00BF591C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3FF6" w14:textId="77777777" w:rsidR="00BF591C" w:rsidRDefault="00BF591C"/>
        </w:tc>
        <w:tc>
          <w:tcPr>
            <w:tcW w:w="2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7AD0" w14:textId="77777777" w:rsidR="00BF591C" w:rsidRDefault="00BF591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A4B1D" w14:textId="77777777" w:rsidR="00BF591C" w:rsidRDefault="00BF591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0714D" w14:textId="77777777" w:rsidR="00BF591C" w:rsidRDefault="00BF591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761AD" w14:textId="77777777" w:rsidR="00BF591C" w:rsidRDefault="00BF591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4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2247" w14:textId="77777777" w:rsidR="00BF591C" w:rsidRDefault="00BF591C"/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A6B4" w14:textId="77777777" w:rsidR="00BF591C" w:rsidRDefault="00BF591C"/>
        </w:tc>
        <w:tc>
          <w:tcPr>
            <w:tcW w:w="3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27FA" w14:textId="77777777" w:rsidR="00BF591C" w:rsidRDefault="00BF591C"/>
        </w:tc>
      </w:tr>
      <w:tr w:rsidR="00BF591C" w14:paraId="77B544DB" w14:textId="7777777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73447" w14:textId="77777777" w:rsidR="00BF591C" w:rsidRDefault="00BF591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D6994" w14:textId="77777777" w:rsidR="00BF591C" w:rsidRDefault="00BF591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Россия — наша Родина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807D0" w14:textId="77777777" w:rsidR="00BF591C" w:rsidRDefault="00BF591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0A77B" w14:textId="77777777" w:rsidR="00BF591C" w:rsidRDefault="00BF591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5E955" w14:textId="77777777" w:rsidR="00BF591C" w:rsidRDefault="00BF591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C6DF5" w14:textId="77777777" w:rsidR="00BF591C" w:rsidRPr="005C1AB5" w:rsidRDefault="00BF591C">
            <w:pPr>
              <w:autoSpaceDE w:val="0"/>
              <w:autoSpaceDN w:val="0"/>
              <w:spacing w:before="80" w:after="0" w:line="250" w:lineRule="auto"/>
              <w:ind w:left="72" w:right="288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ключевые понятия учебной темы в устной и письменной речи, применять их при анализе и оценке явлений и фактов действительности;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311A3" w14:textId="77777777" w:rsidR="00BF591C" w:rsidRDefault="00BF591C">
            <w:pPr>
              <w:autoSpaceDE w:val="0"/>
              <w:autoSpaceDN w:val="0"/>
              <w:spacing w:before="80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B89EE9" w14:textId="77777777" w:rsidR="00BF591C" w:rsidRDefault="00BF591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17618F70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F7B33" w14:textId="77777777" w:rsidR="00BF591C" w:rsidRDefault="00BF591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60DE5" w14:textId="77777777" w:rsidR="00BF591C" w:rsidRPr="005C1AB5" w:rsidRDefault="00BF591C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Этика и её значение в жизни человека. Нормы морали.</w:t>
            </w:r>
          </w:p>
          <w:p w14:paraId="130FF724" w14:textId="77777777" w:rsidR="00BF591C" w:rsidRPr="005C1AB5" w:rsidRDefault="00BF591C">
            <w:pPr>
              <w:autoSpaceDE w:val="0"/>
              <w:autoSpaceDN w:val="0"/>
              <w:spacing w:before="18" w:after="0" w:line="245" w:lineRule="auto"/>
              <w:ind w:left="72" w:right="288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Нравственные ценности, идеалы, принципы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8E5FC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BE072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E3E77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61C8D" w14:textId="77777777" w:rsidR="00BF591C" w:rsidRPr="005C1AB5" w:rsidRDefault="00BF591C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небольшой текст-рассуждение на темы добра и зла, моральных ценностей, идеалов;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2244" w14:textId="77777777" w:rsidR="00BF591C" w:rsidRDefault="00BF591C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96AC4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https://resh.edu.ru/special-course/1/55</w:t>
            </w:r>
          </w:p>
        </w:tc>
      </w:tr>
      <w:tr w:rsidR="00BF591C" w14:paraId="619CED8E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871F0" w14:textId="77777777" w:rsidR="00BF591C" w:rsidRDefault="00BF591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C7CB24" w14:textId="77777777" w:rsidR="00BF591C" w:rsidRPr="005C1AB5" w:rsidRDefault="00BF591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Государство и мораль гражданина. Основной Закон (Конституция) в государстве как источник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российской гражданской этики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924CE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5CEEC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016A4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9C911" w14:textId="77777777" w:rsidR="00BF591C" w:rsidRPr="005C1AB5" w:rsidRDefault="00BF591C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основное содержание норм российской гражданской этики (справедливость, ответственность, ценность и достоинство человеческой жизни,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взаимоуважение, уважение к старшим, к труду, свобода совести, свобода вероисповедания, забота о природе, историческом и культурном наследии и др.);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34029" w14:textId="77777777" w:rsidR="00BF591C" w:rsidRDefault="00BF591C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11419" w14:textId="77777777" w:rsidR="00BF591C" w:rsidRDefault="00BF591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1DF989E5" w14:textId="7777777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23EB2" w14:textId="77777777" w:rsidR="00BF591C" w:rsidRDefault="00BF591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C11E6" w14:textId="77777777" w:rsidR="00BF591C" w:rsidRPr="005C1AB5" w:rsidRDefault="00BF591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Образцы нравственности в культуре Отечества, народов России.</w:t>
            </w:r>
          </w:p>
          <w:p w14:paraId="4D877939" w14:textId="77777777" w:rsidR="00BF591C" w:rsidRDefault="00BF591C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426349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E7D0B8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3EFD95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41BF7" w14:textId="77777777" w:rsidR="00BF591C" w:rsidRPr="005C1AB5" w:rsidRDefault="00BF591C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рассуждать о возможности и необходимости бережного отношения к природе и личной ответственности за это каждого человека;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A1A573" w14:textId="77777777" w:rsidR="00BF591C" w:rsidRDefault="00BF591C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51B00" w14:textId="77777777" w:rsidR="00BF591C" w:rsidRDefault="00BF591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394911E9" w14:textId="77777777">
        <w:trPr>
          <w:trHeight w:hRule="exact" w:val="81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2BE731" w14:textId="77777777" w:rsidR="00BF591C" w:rsidRDefault="00BF591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5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103D6" w14:textId="77777777" w:rsidR="00BF591C" w:rsidRPr="005C1AB5" w:rsidRDefault="00BF591C">
            <w:pPr>
              <w:autoSpaceDE w:val="0"/>
              <w:autoSpaceDN w:val="0"/>
              <w:spacing w:before="74" w:after="0" w:line="245" w:lineRule="auto"/>
              <w:ind w:left="72" w:right="576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D1C0E" w14:textId="77777777" w:rsidR="00BF591C" w:rsidRDefault="00BF591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A33E9" w14:textId="77777777" w:rsidR="00BF591C" w:rsidRDefault="00BF591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61790" w14:textId="77777777" w:rsidR="00BF591C" w:rsidRDefault="00BF591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7B702" w14:textId="77777777" w:rsidR="00BF591C" w:rsidRPr="005C1AB5" w:rsidRDefault="00BF591C">
            <w:pPr>
              <w:autoSpaceDE w:val="0"/>
              <w:autoSpaceDN w:val="0"/>
              <w:spacing w:before="74" w:after="0" w:line="250" w:lineRule="auto"/>
              <w:ind w:left="72" w:right="288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праздников как одной из форм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исторической памяти народа, общества, их значение для укрепления единства народа, общества;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483F8" w14:textId="77777777" w:rsidR="00BF591C" w:rsidRDefault="00BF591C">
            <w:pPr>
              <w:autoSpaceDE w:val="0"/>
              <w:autoSpaceDN w:val="0"/>
              <w:spacing w:before="74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479C6F" w14:textId="77777777" w:rsidR="00BF591C" w:rsidRDefault="00BF591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31225F51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0EB57" w14:textId="77777777" w:rsidR="00BF591C" w:rsidRDefault="00BF591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13E53" w14:textId="77777777" w:rsidR="00BF591C" w:rsidRPr="005C1AB5" w:rsidRDefault="00BF591C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10C833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DD2266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D5CAD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5D0B0" w14:textId="77777777" w:rsidR="00BF591C" w:rsidRPr="005C1AB5" w:rsidRDefault="00BF591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основное содержание понимания семьи,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отношений в семье на основе взаимной любви и уважения, любовь и забота родителей о детях; любовь и забота детей о нуждающихся в помощи родителях; уважение старших;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3DCE1" w14:textId="77777777" w:rsidR="00BF591C" w:rsidRDefault="00BF591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DA7FD" w14:textId="77777777" w:rsidR="00BF591C" w:rsidRDefault="00BF591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2CFC875F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AF6811" w14:textId="77777777" w:rsidR="00BF591C" w:rsidRDefault="00BF591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80C25" w14:textId="77777777" w:rsidR="00BF591C" w:rsidRPr="005C1AB5" w:rsidRDefault="00BF591C">
            <w:pPr>
              <w:autoSpaceDE w:val="0"/>
              <w:autoSpaceDN w:val="0"/>
              <w:spacing w:before="78" w:after="0" w:line="245" w:lineRule="auto"/>
              <w:ind w:right="288"/>
              <w:jc w:val="center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6DB94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2AB95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D65C4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1BD25" w14:textId="77777777" w:rsidR="00BF591C" w:rsidRPr="005C1AB5" w:rsidRDefault="00BF591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трудовой морали, нравственных традициях трудовой деятельности, предпринимательства в России, приводить примеры;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20357" w14:textId="77777777" w:rsidR="00BF591C" w:rsidRDefault="00BF591C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704B5" w14:textId="77777777" w:rsidR="00BF591C" w:rsidRDefault="00BF591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0885E6A5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2057A" w14:textId="77777777" w:rsidR="00BF591C" w:rsidRDefault="00BF591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8FB79" w14:textId="77777777" w:rsidR="00BF591C" w:rsidRDefault="00BF591C">
            <w:pPr>
              <w:autoSpaceDE w:val="0"/>
              <w:autoSpaceDN w:val="0"/>
              <w:spacing w:before="78" w:after="0" w:line="247" w:lineRule="auto"/>
              <w:ind w:left="72"/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значит быть нравственным в наше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Методы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нравственного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самосовершенствования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D44F5D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566C0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737D90" w14:textId="77777777" w:rsidR="00BF591C" w:rsidRDefault="00BF59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A2F84" w14:textId="77777777" w:rsidR="00BF591C" w:rsidRPr="005C1AB5" w:rsidRDefault="00BF591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нравственных поступков, оценивать поступки свои и других людей;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DC593" w14:textId="77777777" w:rsidR="00BF591C" w:rsidRDefault="00BF591C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418486" w14:textId="77777777" w:rsidR="00BF591C" w:rsidRDefault="00BF591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76326917" w14:textId="77777777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DF2E1" w14:textId="77777777" w:rsidR="00BF591C" w:rsidRDefault="00BF591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5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8B584A" w14:textId="77777777" w:rsidR="00BF591C" w:rsidRDefault="00BF591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Этикет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C6CB5A" w14:textId="77777777" w:rsidR="00BF591C" w:rsidRDefault="00BF591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40593" w14:textId="77777777" w:rsidR="00BF591C" w:rsidRDefault="00BF591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6B5FD" w14:textId="77777777" w:rsidR="00BF591C" w:rsidRDefault="00BF591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3D3F6" w14:textId="77777777" w:rsidR="00BF591C" w:rsidRPr="005C1AB5" w:rsidRDefault="00BF591C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нравственные нормы и правила этикета, приводить примеры;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73AD7" w14:textId="77777777" w:rsidR="00BF591C" w:rsidRDefault="00BF591C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925F8" w14:textId="77777777" w:rsidR="00BF591C" w:rsidRDefault="00BF591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2E1802AD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69AEF" w14:textId="77777777" w:rsidR="00BF591C" w:rsidRDefault="00BF591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274CD" w14:textId="77777777" w:rsidR="00BF591C" w:rsidRPr="005C1AB5" w:rsidRDefault="00BF591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7BC3C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D0284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466F0C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CCC2A" w14:textId="77777777" w:rsidR="00BF591C" w:rsidRPr="005C1AB5" w:rsidRDefault="00BF591C">
            <w:pPr>
              <w:autoSpaceDE w:val="0"/>
              <w:autoSpaceDN w:val="0"/>
              <w:spacing w:before="76" w:after="0" w:line="250" w:lineRule="auto"/>
              <w:ind w:left="72" w:right="570"/>
              <w:jc w:val="both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сопоставлять понятия «патриотизм», «</w:t>
            </w:r>
            <w:proofErr w:type="spellStart"/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Отечество</w:t>
            </w:r>
            <w:proofErr w:type="gramStart"/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многонациональный</w:t>
            </w:r>
            <w:proofErr w:type="spellEnd"/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народ России», «служение», соотносить определения с понятиями, делать выводы;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122D3" w14:textId="77777777" w:rsidR="00BF591C" w:rsidRDefault="00BF591C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1E201" w14:textId="77777777" w:rsidR="00BF591C" w:rsidRDefault="00BF591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http://www.school65.spb.ru/doc/orkse/osn_svetsk.pdf</w:t>
            </w:r>
          </w:p>
        </w:tc>
      </w:tr>
      <w:tr w:rsidR="00BF591C" w14:paraId="570826D3" w14:textId="77777777">
        <w:trPr>
          <w:gridAfter w:val="3"/>
          <w:wAfter w:w="8802" w:type="dxa"/>
          <w:trHeight w:hRule="exact" w:val="520"/>
        </w:trPr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B772B" w14:textId="77777777" w:rsidR="00BF591C" w:rsidRPr="005C1AB5" w:rsidRDefault="00BF591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87A209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FFEF3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C4754A" w14:textId="77777777" w:rsidR="00BF591C" w:rsidRDefault="00BF591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</w:tr>
    </w:tbl>
    <w:p w14:paraId="6EC645E4" w14:textId="77777777" w:rsidR="001E0882" w:rsidRDefault="001E0882">
      <w:pPr>
        <w:autoSpaceDE w:val="0"/>
        <w:autoSpaceDN w:val="0"/>
        <w:spacing w:after="0" w:line="14" w:lineRule="exact"/>
      </w:pPr>
    </w:p>
    <w:p w14:paraId="4774227B" w14:textId="77777777" w:rsidR="001E0882" w:rsidRDefault="001E0882">
      <w:pPr>
        <w:sectPr w:rsidR="001E0882">
          <w:pgSz w:w="16840" w:h="11900"/>
          <w:pgMar w:top="282" w:right="640" w:bottom="35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D5B9CD4" w14:textId="77777777" w:rsidR="001E0882" w:rsidRDefault="001E0882">
      <w:pPr>
        <w:sectPr w:rsidR="001E0882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14:paraId="4E9C4A2E" w14:textId="77777777" w:rsidR="001E0882" w:rsidRDefault="001E0882">
      <w:pPr>
        <w:autoSpaceDE w:val="0"/>
        <w:autoSpaceDN w:val="0"/>
        <w:spacing w:after="78" w:line="220" w:lineRule="exact"/>
      </w:pPr>
    </w:p>
    <w:p w14:paraId="5CD6A665" w14:textId="77777777" w:rsidR="001E0882" w:rsidRDefault="005C1AB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1E0882" w14:paraId="64CED210" w14:textId="7777777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A48CF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7F80D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43F62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7BB97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4863D" w14:textId="77777777" w:rsidR="001E0882" w:rsidRDefault="005C1AB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1E0882" w14:paraId="21E8F45F" w14:textId="7777777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8BF9" w14:textId="77777777" w:rsidR="001E0882" w:rsidRDefault="001E088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B955" w14:textId="77777777" w:rsidR="001E0882" w:rsidRDefault="001E0882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5BEA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70FA05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45F5D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72EB" w14:textId="77777777" w:rsidR="001E0882" w:rsidRDefault="001E088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45DC" w14:textId="77777777" w:rsidR="001E0882" w:rsidRDefault="001E0882"/>
        </w:tc>
      </w:tr>
      <w:tr w:rsidR="001E0882" w14:paraId="48CB6B10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3A620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8C34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 – наша Родина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8A110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7A41D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9FBEB2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396CF" w14:textId="476181BB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D40CA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5D42B276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721F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E38A6" w14:textId="77777777" w:rsidR="001E0882" w:rsidRPr="005C1AB5" w:rsidRDefault="005C1A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Этика и её значение в жизни человека.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01C30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615C9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E8A45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B797F" w14:textId="02BACFF5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0BD80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669494FF" w14:textId="77777777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54656" w14:textId="77777777" w:rsidR="001E0882" w:rsidRDefault="005C1A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8398B" w14:textId="77777777" w:rsidR="001E0882" w:rsidRDefault="005C1A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Вежливость.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345D58" w14:textId="77777777" w:rsidR="001E0882" w:rsidRDefault="005C1A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DB642" w14:textId="77777777" w:rsidR="001E0882" w:rsidRDefault="005C1A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5F226" w14:textId="77777777" w:rsidR="001E0882" w:rsidRDefault="005C1A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74C23" w14:textId="53C8A87E" w:rsidR="001E0882" w:rsidRDefault="001E088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09443" w14:textId="77777777" w:rsidR="001E0882" w:rsidRDefault="005C1AB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43343A0F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4DF7D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EAAF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Добро и зло.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240A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79FA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C4F170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6EFD79" w14:textId="53F4D659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EF61C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E0882" w14:paraId="3B4079B4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4198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44634" w14:textId="77777777" w:rsidR="001E0882" w:rsidRPr="005C1AB5" w:rsidRDefault="005C1A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Почему человек должен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делать добро и избегать зла?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623E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BA3FE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1F09A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26FB0" w14:textId="72CFE660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37DDD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5EA1473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9AFE1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D1B2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Дружба и порядочность.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6E3BC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B6AD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F18F1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CB708" w14:textId="2CC5ED1C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693CE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3428AC85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6BD4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96AD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Честность и искренность.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4D716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CC08B5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6FDE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F7FC02" w14:textId="402604F1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BB843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3496519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6F3D6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3CFD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Гордость и гордыня.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95E1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C9E2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5426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7E875" w14:textId="0D986D1E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DA240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7B7C7E4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C597C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5C796D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Справедливость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AECB0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70E94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71A2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35AEF" w14:textId="2B9ECA07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44339A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6AECA996" w14:textId="77777777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62444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AA2BE0" w14:textId="77777777" w:rsidR="001E0882" w:rsidRPr="005C1AB5" w:rsidRDefault="005C1A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и мораль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гражданина. Основной Закон (Конституция) в государстве как источник российской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гражданской этики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3539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0A77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67A2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C9A4F4" w14:textId="05B935E1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9FC9C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262C5597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32D32F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C76EE" w14:textId="77777777" w:rsidR="001E0882" w:rsidRPr="005C1AB5" w:rsidRDefault="005C1A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B85E4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C585E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6CE2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EF333" w14:textId="2D54A938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4C73D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69E477E4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DC40F3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45B81" w14:textId="77777777" w:rsidR="001E0882" w:rsidRPr="005C1AB5" w:rsidRDefault="005C1A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74AA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83DB1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13724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45A33" w14:textId="23EC90D4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D51DC8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230F2CBD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857F1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2AAE5" w14:textId="77777777" w:rsidR="001E0882" w:rsidRPr="005C1AB5" w:rsidRDefault="005C1A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52CDDC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05360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7B7DC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58826" w14:textId="457CD36E" w:rsidR="001E0882" w:rsidRDefault="001E088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94E483" w14:textId="77777777" w:rsidR="001E0882" w:rsidRDefault="005C1AB5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0882" w14:paraId="44EAEC36" w14:textId="7777777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341C83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69CDE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Нравственный выбор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2CAAD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3E5A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E4429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9A279" w14:textId="60C80890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AE409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14:paraId="03749D47" w14:textId="77777777" w:rsidR="001E0882" w:rsidRDefault="001E0882">
      <w:pPr>
        <w:autoSpaceDE w:val="0"/>
        <w:autoSpaceDN w:val="0"/>
        <w:spacing w:after="0" w:line="14" w:lineRule="exact"/>
      </w:pPr>
    </w:p>
    <w:p w14:paraId="2BC24F1D" w14:textId="77777777" w:rsidR="001E0882" w:rsidRDefault="001E0882">
      <w:pPr>
        <w:sectPr w:rsidR="001E0882">
          <w:pgSz w:w="11900" w:h="16840"/>
          <w:pgMar w:top="298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861C65A" w14:textId="77777777" w:rsidR="001E0882" w:rsidRDefault="001E088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1E0882" w14:paraId="154965A7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35B17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CA4684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 и человек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0028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DE74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F9B9D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1AEAC" w14:textId="74FD61D6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6F81D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1269F623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D678C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A4252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 и человек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9F232C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53196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1C4931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30C6C0" w14:textId="379F53AA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458771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117BA080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44867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2A46EC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 и человек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FABB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B7F7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5FF5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10018" w14:textId="76598396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D9CF7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E0882" w14:paraId="14ABD462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C91036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7FCCEC" w14:textId="77777777" w:rsidR="001E0882" w:rsidRPr="005C1AB5" w:rsidRDefault="005C1A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5436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71C02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A59E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809AC" w14:textId="631A01BC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57F702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324D4C7A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F601C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6E7F7" w14:textId="77777777" w:rsidR="001E0882" w:rsidRPr="005C1AB5" w:rsidRDefault="005C1A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DC7BE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4BC2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244C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5A417" w14:textId="77C16707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4F4B9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51110113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BB41E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9CDE5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Семейные ценности.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CB2B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0FF3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C51B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E81780" w14:textId="519A80A9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A558F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E0882" w14:paraId="18261A9E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3239A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97B6D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Этика семейных отношений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E0CC15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2000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88B9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0521C" w14:textId="2F46BCD2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ADABC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54725919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7DB58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67E6E" w14:textId="77777777" w:rsidR="001E0882" w:rsidRPr="005C1AB5" w:rsidRDefault="005C1A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Трудовая </w:t>
            </w:r>
            <w:proofErr w:type="spellStart"/>
            <w:proofErr w:type="gramStart"/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мораль.Труд</w:t>
            </w:r>
            <w:proofErr w:type="spellEnd"/>
            <w:proofErr w:type="gramEnd"/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как нравственная ценность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D3C66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2C0E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EA845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A4532" w14:textId="47C68D92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D58BE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57DDDF00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D0F963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C149F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Нравственные традиции предпринимательства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FE071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2303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137D4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7852D" w14:textId="2731E63E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CDBED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6965A1FD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0DCE9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7D5A7" w14:textId="77777777" w:rsidR="001E0882" w:rsidRPr="005C1AB5" w:rsidRDefault="005C1AB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Что значит быть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нравственным в наше время.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C16A7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DB3D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A737C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D5775" w14:textId="405AA7F3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0DD46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437194BE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465C3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0D788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Методы нравственного самосовершенствования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9799C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B4397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CE3AE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74C4C" w14:textId="70E9DD6E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6E164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10E4E434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40793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838857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Методы нравственного самосовершенствования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247D8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5B2C4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BF18C7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67AE9" w14:textId="56E0C217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616C8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18993AB7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367F2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878C93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Методы нравственного самосовершенствования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28BF30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B81D6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0A9B5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B8315" w14:textId="0782D363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0A010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7B8C09BD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6E3B19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DE1CE7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Методы нравственного самосовершенствования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79631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9D28E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F7C0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7298F" w14:textId="40F42713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2322E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5339BF8A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EA1C1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039F6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Методы нравственного самосовершенствования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C6BD4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19F9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39209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62FA0" w14:textId="718BE0E3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DC420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1487DCBD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5E8A6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6B082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Этикет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240CC5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AA45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EFE4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E135C" w14:textId="1E3F4E44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B965EB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25D18D05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BF582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65492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Этикет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71E6E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76769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C6EDF3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A37612" w14:textId="7DAA4C75" w:rsidR="001E0882" w:rsidRDefault="001E088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F54E81" w14:textId="77777777" w:rsidR="001E0882" w:rsidRDefault="005C1AB5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0882" w14:paraId="4244DA3D" w14:textId="7777777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BD0B4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28C12" w14:textId="77777777" w:rsidR="001E0882" w:rsidRPr="005C1AB5" w:rsidRDefault="005C1AB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Любовь и уважение к Отечеству.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439A1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3739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70244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E9A95" w14:textId="094428D5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D2297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14:paraId="667538C4" w14:textId="77777777" w:rsidR="001E0882" w:rsidRDefault="001E0882">
      <w:pPr>
        <w:autoSpaceDE w:val="0"/>
        <w:autoSpaceDN w:val="0"/>
        <w:spacing w:after="0" w:line="14" w:lineRule="exact"/>
      </w:pPr>
    </w:p>
    <w:p w14:paraId="3A0F928B" w14:textId="77777777" w:rsidR="001E0882" w:rsidRDefault="001E0882">
      <w:pPr>
        <w:sectPr w:rsidR="001E0882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275A216" w14:textId="77777777" w:rsidR="001E0882" w:rsidRDefault="001E088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1E0882" w14:paraId="2EB14F63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7D352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2ECDF" w14:textId="77777777" w:rsidR="001E0882" w:rsidRPr="005C1AB5" w:rsidRDefault="005C1AB5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Патриотизм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многонационального и </w:t>
            </w:r>
            <w:r w:rsidRPr="005C1AB5">
              <w:rPr>
                <w:lang w:val="ru-RU"/>
              </w:rPr>
              <w:br/>
            </w: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многоконфессионального народа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61022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35E290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16BAD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CC2FB" w14:textId="16DF1E77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1100B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E0882" w14:paraId="5FAA550E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F5730" w14:textId="77777777" w:rsidR="001E0882" w:rsidRDefault="005C1A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0BE8E" w14:textId="77777777" w:rsidR="001E0882" w:rsidRPr="005C1AB5" w:rsidRDefault="005C1AB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Подведение итогов.</w:t>
            </w:r>
          </w:p>
          <w:p w14:paraId="079B1991" w14:textId="77777777" w:rsidR="001E0882" w:rsidRPr="005C1AB5" w:rsidRDefault="005C1AB5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Творческие и практические работы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08A31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3274AF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33337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0B66C" w14:textId="08A07FB8" w:rsidR="001E0882" w:rsidRDefault="001E088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32761" w14:textId="77777777" w:rsidR="001E0882" w:rsidRDefault="005C1A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E0882" w14:paraId="5D87E365" w14:textId="77777777">
        <w:trPr>
          <w:trHeight w:hRule="exact" w:val="81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DE95C" w14:textId="77777777" w:rsidR="001E0882" w:rsidRPr="005C1AB5" w:rsidRDefault="005C1A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C1A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E262A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B1EDB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EB8C4E" w14:textId="77777777" w:rsidR="001E0882" w:rsidRDefault="005C1A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25086" w14:textId="77777777" w:rsidR="001E0882" w:rsidRDefault="001E0882"/>
        </w:tc>
      </w:tr>
    </w:tbl>
    <w:p w14:paraId="412B74CE" w14:textId="77777777" w:rsidR="001E0882" w:rsidRDefault="001E0882">
      <w:pPr>
        <w:autoSpaceDE w:val="0"/>
        <w:autoSpaceDN w:val="0"/>
        <w:spacing w:after="0" w:line="14" w:lineRule="exact"/>
      </w:pPr>
    </w:p>
    <w:p w14:paraId="3B2CD7E1" w14:textId="77777777" w:rsidR="001E0882" w:rsidRDefault="001E0882">
      <w:pPr>
        <w:sectPr w:rsidR="001E088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262B2CC" w14:textId="77777777" w:rsidR="001E0882" w:rsidRDefault="001E0882">
      <w:pPr>
        <w:autoSpaceDE w:val="0"/>
        <w:autoSpaceDN w:val="0"/>
        <w:spacing w:after="78" w:line="220" w:lineRule="exact"/>
      </w:pPr>
    </w:p>
    <w:p w14:paraId="06E6F236" w14:textId="77777777" w:rsidR="00BF591C" w:rsidRDefault="00BF591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308BC86" w14:textId="77777777" w:rsidR="00BF591C" w:rsidRDefault="00BF591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A398C63" w14:textId="77777777" w:rsidR="00BF591C" w:rsidRDefault="00BF591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BA1894A" w14:textId="77777777" w:rsidR="00BF591C" w:rsidRDefault="00BF591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7E570AA3" w14:textId="77777777" w:rsidR="00BF591C" w:rsidRDefault="00BF591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F7210B4" w14:textId="2F1CC8FB" w:rsidR="001E0882" w:rsidRPr="00BF591C" w:rsidRDefault="005C1AB5">
      <w:pPr>
        <w:autoSpaceDE w:val="0"/>
        <w:autoSpaceDN w:val="0"/>
        <w:spacing w:after="0" w:line="230" w:lineRule="auto"/>
        <w:rPr>
          <w:lang w:val="ru-RU"/>
        </w:rPr>
      </w:pPr>
      <w:r w:rsidRPr="00BF59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14:paraId="35F7A601" w14:textId="77777777" w:rsidR="001E0882" w:rsidRPr="00BF591C" w:rsidRDefault="005C1AB5">
      <w:pPr>
        <w:autoSpaceDE w:val="0"/>
        <w:autoSpaceDN w:val="0"/>
        <w:spacing w:before="346" w:after="0" w:line="230" w:lineRule="auto"/>
        <w:rPr>
          <w:lang w:val="ru-RU"/>
        </w:rPr>
      </w:pPr>
      <w:r w:rsidRPr="00BF591C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78A83B51" w14:textId="77777777" w:rsidR="001E0882" w:rsidRPr="005C1AB5" w:rsidRDefault="005C1AB5">
      <w:pPr>
        <w:autoSpaceDE w:val="0"/>
        <w:autoSpaceDN w:val="0"/>
        <w:spacing w:before="166" w:after="0" w:line="271" w:lineRule="auto"/>
        <w:ind w:right="432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 религиозных культур и светской этики. Основы светской этики. 4 класс/Студеникин М.Т., ООО «Русское слово-учебник»;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68F89327" w14:textId="77777777" w:rsidR="001E0882" w:rsidRPr="005C1AB5" w:rsidRDefault="005C1AB5">
      <w:pPr>
        <w:autoSpaceDE w:val="0"/>
        <w:autoSpaceDN w:val="0"/>
        <w:spacing w:before="262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23321B68" w14:textId="77777777" w:rsidR="001E0882" w:rsidRPr="005C1AB5" w:rsidRDefault="005C1AB5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seyka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sosh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obr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04.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teachers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orkse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metodicheskie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materialy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orkse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php</w:t>
      </w:r>
    </w:p>
    <w:p w14:paraId="54522F42" w14:textId="77777777" w:rsidR="001E0882" w:rsidRPr="005C1AB5" w:rsidRDefault="005C1AB5">
      <w:pPr>
        <w:autoSpaceDE w:val="0"/>
        <w:autoSpaceDN w:val="0"/>
        <w:spacing w:before="264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6FEBE5F1" w14:textId="52B9D216" w:rsidR="001E0882" w:rsidRDefault="005C1AB5">
      <w:pPr>
        <w:autoSpaceDE w:val="0"/>
        <w:autoSpaceDN w:val="0"/>
        <w:spacing w:before="168" w:after="0"/>
        <w:ind w:right="4896"/>
        <w:rPr>
          <w:rFonts w:ascii="Times New Roman" w:eastAsia="Times New Roman" w:hAnsi="Times New Roman"/>
          <w:color w:val="000000"/>
          <w:sz w:val="24"/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Сайт «Основы религиозных культур и светской </w:t>
      </w:r>
      <w:proofErr w:type="gramStart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этики»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orkce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apkpro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proofErr w:type="gram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C1AB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parables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main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-17.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- детские притчи </w:t>
      </w:r>
      <w:r w:rsidRPr="005C1AB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pritchi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BF591C">
        <w:rPr>
          <w:rFonts w:ascii="Times New Roman" w:eastAsia="Times New Roman" w:hAnsi="Times New Roman"/>
          <w:color w:val="000000"/>
          <w:sz w:val="24"/>
          <w:lang w:val="ru-RU"/>
        </w:rPr>
        <w:t>–</w:t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притчи</w:t>
      </w:r>
    </w:p>
    <w:p w14:paraId="3DBD73E1" w14:textId="77777777" w:rsidR="00BF591C" w:rsidRDefault="00BF591C">
      <w:pPr>
        <w:autoSpaceDE w:val="0"/>
        <w:autoSpaceDN w:val="0"/>
        <w:spacing w:before="168" w:after="0"/>
        <w:ind w:right="4896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26E4161" w14:textId="77777777" w:rsidR="00BF591C" w:rsidRPr="005C1AB5" w:rsidRDefault="00BF591C" w:rsidP="00BF591C">
      <w:pPr>
        <w:autoSpaceDE w:val="0"/>
        <w:autoSpaceDN w:val="0"/>
        <w:spacing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1ACEF537" w14:textId="77777777" w:rsidR="00BF591C" w:rsidRPr="005C1AB5" w:rsidRDefault="00BF591C" w:rsidP="00BF591C">
      <w:pPr>
        <w:autoSpaceDE w:val="0"/>
        <w:autoSpaceDN w:val="0"/>
        <w:spacing w:before="346" w:after="0" w:line="230" w:lineRule="auto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10A203B1" w14:textId="77777777" w:rsidR="00BF591C" w:rsidRPr="005C1AB5" w:rsidRDefault="00BF591C" w:rsidP="00BF591C">
      <w:pPr>
        <w:autoSpaceDE w:val="0"/>
        <w:autoSpaceDN w:val="0"/>
        <w:spacing w:before="166" w:after="0" w:line="271" w:lineRule="auto"/>
        <w:ind w:right="9450"/>
        <w:rPr>
          <w:lang w:val="ru-RU"/>
        </w:rPr>
      </w:pP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 xml:space="preserve">ноутбук 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проекто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5C1AB5">
        <w:rPr>
          <w:lang w:val="ru-RU"/>
        </w:rPr>
        <w:br/>
      </w:r>
      <w:r w:rsidRPr="005C1AB5">
        <w:rPr>
          <w:rFonts w:ascii="Times New Roman" w:eastAsia="Times New Roman" w:hAnsi="Times New Roman"/>
          <w:color w:val="000000"/>
          <w:sz w:val="24"/>
          <w:lang w:val="ru-RU"/>
        </w:rPr>
        <w:t>экран</w:t>
      </w:r>
    </w:p>
    <w:p w14:paraId="3274666F" w14:textId="77777777" w:rsidR="00BF591C" w:rsidRPr="005C1AB5" w:rsidRDefault="00BF591C" w:rsidP="00BF591C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5C1AB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14:paraId="77C16E85" w14:textId="6C401E07" w:rsidR="00BF591C" w:rsidRDefault="00BF591C" w:rsidP="00BF591C">
      <w:pPr>
        <w:autoSpaceDE w:val="0"/>
        <w:autoSpaceDN w:val="0"/>
        <w:spacing w:before="166" w:after="0" w:line="230" w:lineRule="auto"/>
        <w:sectPr w:rsidR="00BF591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>0</w:t>
      </w:r>
    </w:p>
    <w:p w14:paraId="47E14F21" w14:textId="77777777" w:rsidR="001E0882" w:rsidRPr="005C1AB5" w:rsidRDefault="001E0882">
      <w:pPr>
        <w:rPr>
          <w:lang w:val="ru-RU"/>
        </w:rPr>
        <w:sectPr w:rsidR="001E0882" w:rsidRPr="005C1A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78792DB" w14:textId="77777777" w:rsidR="001E0882" w:rsidRDefault="001E0882">
      <w:pPr>
        <w:sectPr w:rsidR="001E088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719A0CA" w14:textId="77777777" w:rsidR="005C1AB5" w:rsidRDefault="005C1AB5" w:rsidP="00BF591C"/>
    <w:sectPr w:rsidR="005C1AB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erif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0882"/>
    <w:rsid w:val="0029639D"/>
    <w:rsid w:val="00326F90"/>
    <w:rsid w:val="005C1AB5"/>
    <w:rsid w:val="00807E43"/>
    <w:rsid w:val="00842887"/>
    <w:rsid w:val="00AA1D8D"/>
    <w:rsid w:val="00B47730"/>
    <w:rsid w:val="00BF591C"/>
    <w:rsid w:val="00CB0664"/>
    <w:rsid w:val="00CD00B2"/>
    <w:rsid w:val="00F07C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6881A"/>
  <w14:defaultImageDpi w14:val="300"/>
  <w15:docId w15:val="{3E857102-E43D-4590-85A4-03D2DBEB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07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07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3604</Words>
  <Characters>20549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Роза</cp:lastModifiedBy>
  <cp:revision>7</cp:revision>
  <cp:lastPrinted>2023-09-10T09:47:00Z</cp:lastPrinted>
  <dcterms:created xsi:type="dcterms:W3CDTF">2013-12-23T23:15:00Z</dcterms:created>
  <dcterms:modified xsi:type="dcterms:W3CDTF">2023-09-10T10:41:00Z</dcterms:modified>
  <cp:category/>
</cp:coreProperties>
</file>